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41365" w14:textId="0583980C" w:rsidR="00FF12A7" w:rsidRDefault="00E62EE6">
      <w:pPr>
        <w:pStyle w:val="Heading1"/>
      </w:pPr>
      <w:r>
        <w:t>Speaker</w:t>
      </w:r>
      <w:r w:rsidR="00B779B3">
        <w:t>s</w:t>
      </w:r>
    </w:p>
    <w:p w14:paraId="1AAF9F6C" w14:textId="77777777" w:rsidR="004D13D3" w:rsidRPr="004D13D3" w:rsidRDefault="004D13D3" w:rsidP="004D13D3"/>
    <w:p w14:paraId="7E9B2160" w14:textId="205C5464" w:rsidR="004D13D3" w:rsidRPr="004D13D3" w:rsidRDefault="004D13D3" w:rsidP="004D13D3">
      <w:r>
        <w:rPr>
          <w:noProof/>
        </w:rPr>
        <w:drawing>
          <wp:inline distT="0" distB="0" distL="0" distR="0" wp14:anchorId="111E4531" wp14:editId="51511981">
            <wp:extent cx="1318774" cy="1800665"/>
            <wp:effectExtent l="0" t="0" r="0" b="0"/>
            <wp:docPr id="14931212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593" cy="183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379E8" w14:textId="77777777" w:rsidR="00B83495" w:rsidRPr="0005751C" w:rsidRDefault="00B83495" w:rsidP="00B83495">
      <w:pPr>
        <w:spacing w:after="0" w:line="240" w:lineRule="auto"/>
        <w:rPr>
          <w:lang w:val="en-GB"/>
        </w:rPr>
      </w:pPr>
      <w:r w:rsidRPr="0005751C">
        <w:rPr>
          <w:lang w:val="en-GB"/>
        </w:rPr>
        <w:t>Rebecca Campbell</w:t>
      </w:r>
    </w:p>
    <w:p w14:paraId="5EF8966A" w14:textId="77777777" w:rsidR="00B83495" w:rsidRDefault="00B83495" w:rsidP="00B83495">
      <w:pPr>
        <w:spacing w:after="0" w:line="240" w:lineRule="auto"/>
      </w:pPr>
      <w:r w:rsidRPr="006F2AEA">
        <w:t>Executive Editor, Chemical Science</w:t>
      </w:r>
    </w:p>
    <w:p w14:paraId="01AF583F" w14:textId="77777777" w:rsidR="00B83495" w:rsidRPr="00126061" w:rsidRDefault="00B83495" w:rsidP="00B83495">
      <w:pPr>
        <w:spacing w:after="0" w:line="240" w:lineRule="auto"/>
        <w:rPr>
          <w:lang w:val="en-GB"/>
        </w:rPr>
      </w:pPr>
      <w:r w:rsidRPr="00126061">
        <w:rPr>
          <w:lang w:val="en-GB"/>
        </w:rPr>
        <w:t>Royal Society of Chemistry</w:t>
      </w:r>
    </w:p>
    <w:p w14:paraId="3ED92667" w14:textId="77777777" w:rsidR="00B83495" w:rsidRDefault="00B83495" w:rsidP="00B83495">
      <w:pPr>
        <w:spacing w:after="0" w:line="240" w:lineRule="auto"/>
      </w:pPr>
      <w:hyperlink r:id="rId7" w:history="1">
        <w:r w:rsidRPr="002009D6">
          <w:rPr>
            <w:rStyle w:val="Hyperlink"/>
          </w:rPr>
          <w:t>View profile</w:t>
        </w:r>
      </w:hyperlink>
    </w:p>
    <w:p w14:paraId="7B340EA2" w14:textId="77777777" w:rsidR="00B779B3" w:rsidRDefault="00B779B3" w:rsidP="00B779B3"/>
    <w:p w14:paraId="1BAC3B98" w14:textId="77777777" w:rsidR="00B779B3" w:rsidRDefault="00B779B3" w:rsidP="00B779B3"/>
    <w:p w14:paraId="25799A9A" w14:textId="1A52EB49" w:rsidR="00B779B3" w:rsidRDefault="00B779B3" w:rsidP="00B779B3">
      <w:r>
        <w:rPr>
          <w:noProof/>
        </w:rPr>
        <w:drawing>
          <wp:inline distT="0" distB="0" distL="0" distR="0" wp14:anchorId="7A190DC9" wp14:editId="73A74596">
            <wp:extent cx="1295400" cy="1710507"/>
            <wp:effectExtent l="0" t="0" r="0" b="4445"/>
            <wp:docPr id="14585633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563315" name=""/>
                    <pic:cNvPicPr/>
                  </pic:nvPicPr>
                  <pic:blipFill rotWithShape="1">
                    <a:blip r:embed="rId8"/>
                    <a:srcRect l="63247" t="22598" r="7333" b="14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805" cy="1742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BD3275" w14:textId="77777777" w:rsidR="00B779B3" w:rsidRPr="005C55D7" w:rsidRDefault="00B779B3" w:rsidP="00B779B3">
      <w:pPr>
        <w:spacing w:after="0" w:line="278" w:lineRule="auto"/>
        <w:rPr>
          <w:rFonts w:ascii="Aptos" w:eastAsia="Times New Roman" w:hAnsi="Aptos" w:cs="Arial"/>
          <w:color w:val="000000"/>
          <w:lang w:eastAsia="en-GB"/>
        </w:rPr>
      </w:pPr>
      <w:r w:rsidRPr="005C55D7">
        <w:rPr>
          <w:rFonts w:ascii="Aptos" w:eastAsia="Times New Roman" w:hAnsi="Aptos" w:cs="Arial"/>
          <w:color w:val="000000"/>
          <w:lang w:eastAsia="en-GB"/>
        </w:rPr>
        <w:t>Nobuhiro Yanai</w:t>
      </w:r>
    </w:p>
    <w:p w14:paraId="2D456B3A" w14:textId="77777777" w:rsidR="00B779B3" w:rsidRPr="005C55D7" w:rsidRDefault="00B779B3" w:rsidP="00B779B3">
      <w:pPr>
        <w:spacing w:after="0" w:line="278" w:lineRule="auto"/>
        <w:rPr>
          <w:rFonts w:ascii="Aptos" w:eastAsia="Times New Roman" w:hAnsi="Aptos" w:cs="Arial"/>
          <w:color w:val="000000"/>
          <w:lang w:eastAsia="en-GB"/>
        </w:rPr>
      </w:pPr>
      <w:r w:rsidRPr="005C55D7">
        <w:rPr>
          <w:rFonts w:ascii="Aptos" w:eastAsia="Times New Roman" w:hAnsi="Aptos" w:cs="Arial"/>
          <w:color w:val="000000"/>
          <w:lang w:eastAsia="en-GB"/>
        </w:rPr>
        <w:t>The University of Tokyo</w:t>
      </w:r>
    </w:p>
    <w:p w14:paraId="5B2F56CD" w14:textId="77777777" w:rsidR="00B779B3" w:rsidRDefault="00B779B3" w:rsidP="00B779B3">
      <w:pPr>
        <w:spacing w:after="0" w:line="240" w:lineRule="auto"/>
        <w:rPr>
          <w:rFonts w:ascii="Aptos" w:eastAsia="Times New Roman" w:hAnsi="Aptos" w:cs="Arial"/>
          <w:color w:val="000000"/>
          <w:lang w:eastAsia="en-GB"/>
        </w:rPr>
      </w:pPr>
      <w:hyperlink r:id="rId9" w:history="1">
        <w:r w:rsidRPr="00576963">
          <w:rPr>
            <w:rStyle w:val="Hyperlink"/>
            <w:rFonts w:ascii="Aptos" w:eastAsia="Times New Roman" w:hAnsi="Aptos" w:cs="Arial"/>
            <w:lang w:eastAsia="en-GB"/>
          </w:rPr>
          <w:t>View profile</w:t>
        </w:r>
      </w:hyperlink>
    </w:p>
    <w:p w14:paraId="3436FBD4" w14:textId="77777777" w:rsidR="00B779B3" w:rsidRDefault="00B779B3" w:rsidP="00B779B3"/>
    <w:p w14:paraId="21543E4B" w14:textId="77777777" w:rsidR="00470FB3" w:rsidRDefault="00470FB3" w:rsidP="00470FB3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261A85EF" wp14:editId="6290F5BE">
            <wp:extent cx="1318260" cy="1944442"/>
            <wp:effectExtent l="0" t="0" r="0" b="0"/>
            <wp:docPr id="20358575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831" cy="197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69A77" w14:textId="77777777" w:rsidR="00470FB3" w:rsidRPr="0005751C" w:rsidRDefault="00470FB3" w:rsidP="00470FB3">
      <w:pPr>
        <w:spacing w:after="0" w:line="240" w:lineRule="auto"/>
        <w:rPr>
          <w:lang w:val="en-GB"/>
        </w:rPr>
      </w:pPr>
      <w:r w:rsidRPr="0005751C">
        <w:rPr>
          <w:lang w:val="en-GB"/>
        </w:rPr>
        <w:t>Dirk Guldi</w:t>
      </w:r>
    </w:p>
    <w:p w14:paraId="24C08B31" w14:textId="77777777" w:rsidR="00470FB3" w:rsidRPr="00E25176" w:rsidRDefault="00470FB3" w:rsidP="00470FB3">
      <w:pPr>
        <w:spacing w:after="0" w:line="240" w:lineRule="auto"/>
        <w:rPr>
          <w:lang w:val="en-GB"/>
        </w:rPr>
      </w:pPr>
      <w:r w:rsidRPr="00E25176">
        <w:rPr>
          <w:lang w:val="en-GB"/>
        </w:rPr>
        <w:t>University Erlangen-Nürnberg</w:t>
      </w:r>
    </w:p>
    <w:p w14:paraId="09A8A6FA" w14:textId="77777777" w:rsidR="00470FB3" w:rsidRPr="00E25176" w:rsidRDefault="00470FB3" w:rsidP="00470FB3">
      <w:pPr>
        <w:spacing w:after="0" w:line="240" w:lineRule="auto"/>
      </w:pPr>
      <w:hyperlink r:id="rId11" w:history="1">
        <w:r w:rsidRPr="00E25176">
          <w:rPr>
            <w:rStyle w:val="Hyperlink"/>
          </w:rPr>
          <w:t>View profile</w:t>
        </w:r>
      </w:hyperlink>
    </w:p>
    <w:p w14:paraId="341EEC19" w14:textId="77777777" w:rsidR="00470FB3" w:rsidRPr="00B779B3" w:rsidRDefault="00470FB3" w:rsidP="00B779B3"/>
    <w:p w14:paraId="2288C5B6" w14:textId="77777777" w:rsidR="00FF12A7" w:rsidRDefault="00E62EE6">
      <w:r>
        <w:rPr>
          <w:noProof/>
        </w:rPr>
        <w:drawing>
          <wp:inline distT="0" distB="0" distL="0" distR="0" wp14:anchorId="61B60CFF" wp14:editId="61922A5D">
            <wp:extent cx="1384300" cy="1619794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harathwaj Sathyamoorthy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89601" cy="1625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3E97D" w14:textId="77777777" w:rsidR="00B779B3" w:rsidRPr="004825C2" w:rsidRDefault="00B779B3" w:rsidP="00B779B3">
      <w:pPr>
        <w:spacing w:after="0"/>
        <w:rPr>
          <w:rFonts w:ascii="Aptos" w:eastAsia="Times New Roman" w:hAnsi="Aptos" w:cs="Arial"/>
          <w:color w:val="000000"/>
          <w:lang w:eastAsia="en-GB"/>
        </w:rPr>
      </w:pPr>
      <w:r>
        <w:t xml:space="preserve">Prof. </w:t>
      </w:r>
      <w:r w:rsidRPr="004825C2">
        <w:rPr>
          <w:rFonts w:ascii="Aptos" w:eastAsia="Times New Roman" w:hAnsi="Aptos" w:cs="Arial"/>
          <w:color w:val="000000"/>
          <w:lang w:eastAsia="en-GB"/>
        </w:rPr>
        <w:t>Bharathwaj Sathyamoorthy</w:t>
      </w:r>
    </w:p>
    <w:p w14:paraId="6AC12B09" w14:textId="77777777" w:rsidR="00B779B3" w:rsidRDefault="00B779B3" w:rsidP="00B779B3">
      <w:pPr>
        <w:spacing w:after="0"/>
      </w:pPr>
      <w:r>
        <w:t>IISER Bhopal</w:t>
      </w:r>
    </w:p>
    <w:p w14:paraId="0F9CF52E" w14:textId="77777777" w:rsidR="00B779B3" w:rsidRDefault="00B779B3" w:rsidP="00B779B3">
      <w:pPr>
        <w:spacing w:after="0"/>
      </w:pPr>
      <w:hyperlink r:id="rId13" w:history="1">
        <w:r w:rsidRPr="005533F1">
          <w:rPr>
            <w:rStyle w:val="Hyperlink"/>
          </w:rPr>
          <w:t>View profile</w:t>
        </w:r>
      </w:hyperlink>
    </w:p>
    <w:p w14:paraId="4F13D01E" w14:textId="77777777" w:rsidR="00B779B3" w:rsidRDefault="00B779B3"/>
    <w:p w14:paraId="7C49FA2B" w14:textId="77777777" w:rsidR="00FF12A7" w:rsidRDefault="00FF12A7"/>
    <w:p w14:paraId="3D0F3CA1" w14:textId="77777777" w:rsidR="00FF12A7" w:rsidRDefault="00E62EE6">
      <w:r>
        <w:rPr>
          <w:noProof/>
        </w:rPr>
        <w:drawing>
          <wp:inline distT="0" distB="0" distL="0" distR="0" wp14:anchorId="27B9E93F" wp14:editId="0DF9D09F">
            <wp:extent cx="1422400" cy="161925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py Kalia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24972" cy="1622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BA21D" w14:textId="77777777" w:rsidR="00B779B3" w:rsidRDefault="00B779B3" w:rsidP="00B779B3">
      <w:pPr>
        <w:spacing w:after="0"/>
      </w:pPr>
      <w:r>
        <w:t>Prof. Dimpy Kalia</w:t>
      </w:r>
    </w:p>
    <w:p w14:paraId="3EB70DA6" w14:textId="77777777" w:rsidR="00B779B3" w:rsidRDefault="00B779B3" w:rsidP="00B779B3">
      <w:pPr>
        <w:spacing w:after="0"/>
      </w:pPr>
      <w:r>
        <w:t>IISER Bhopal</w:t>
      </w:r>
    </w:p>
    <w:p w14:paraId="0F936E5A" w14:textId="77777777" w:rsidR="00B779B3" w:rsidRDefault="00B779B3" w:rsidP="00B779B3">
      <w:pPr>
        <w:spacing w:after="0"/>
      </w:pPr>
      <w:hyperlink r:id="rId15" w:history="1">
        <w:r w:rsidRPr="00FC5880">
          <w:rPr>
            <w:rStyle w:val="Hyperlink"/>
          </w:rPr>
          <w:t>View profile</w:t>
        </w:r>
      </w:hyperlink>
    </w:p>
    <w:p w14:paraId="6AEBBEE8" w14:textId="77777777" w:rsidR="00FF12A7" w:rsidRDefault="00FF12A7"/>
    <w:p w14:paraId="7107BD25" w14:textId="5FBC8D74" w:rsidR="00FF12A7" w:rsidRDefault="00634FF7">
      <w:r>
        <w:rPr>
          <w:noProof/>
        </w:rPr>
        <w:lastRenderedPageBreak/>
        <w:drawing>
          <wp:inline distT="0" distB="0" distL="0" distR="0" wp14:anchorId="6DE570CD" wp14:editId="263B1311">
            <wp:extent cx="1511300" cy="1511300"/>
            <wp:effectExtent l="0" t="0" r="0" b="0"/>
            <wp:docPr id="1536854729" name="Picture 2" descr="Faculty Members | IISER Thiruvananthapuram, MoE, Govt. of In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aculty Members | IISER Thiruvananthapuram, MoE, Govt. of Indi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174D4" w14:textId="77777777" w:rsidR="00B779B3" w:rsidRPr="00970605" w:rsidRDefault="00B779B3" w:rsidP="00B779B3">
      <w:pPr>
        <w:spacing w:after="0"/>
      </w:pPr>
      <w:r>
        <w:t>Prof</w:t>
      </w:r>
      <w:r w:rsidRPr="00970605">
        <w:t>. Basudev Sahoo</w:t>
      </w:r>
    </w:p>
    <w:p w14:paraId="304BC93A" w14:textId="77777777" w:rsidR="00B779B3" w:rsidRDefault="00B779B3" w:rsidP="00B779B3">
      <w:pPr>
        <w:spacing w:after="0"/>
      </w:pPr>
      <w:r w:rsidRPr="00CE2B6C">
        <w:t> IISER Thiruvananthapuram</w:t>
      </w:r>
    </w:p>
    <w:p w14:paraId="6673723C" w14:textId="77777777" w:rsidR="00B779B3" w:rsidRDefault="00B779B3" w:rsidP="00B779B3">
      <w:pPr>
        <w:spacing w:after="0"/>
      </w:pPr>
      <w:hyperlink r:id="rId17" w:history="1">
        <w:r w:rsidRPr="00970605">
          <w:rPr>
            <w:rStyle w:val="Hyperlink"/>
          </w:rPr>
          <w:t>View profile</w:t>
        </w:r>
      </w:hyperlink>
    </w:p>
    <w:p w14:paraId="270153A5" w14:textId="77777777" w:rsidR="00FF12A7" w:rsidRDefault="00FF12A7"/>
    <w:p w14:paraId="78F295B0" w14:textId="77777777" w:rsidR="00FF12A7" w:rsidRDefault="00E62EE6">
      <w:r>
        <w:rPr>
          <w:noProof/>
        </w:rPr>
        <w:drawing>
          <wp:inline distT="0" distB="0" distL="0" distR="0" wp14:anchorId="43656794" wp14:editId="4AA34005">
            <wp:extent cx="1435100" cy="1686975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 Durga Prasad Hari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51872" cy="1706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05380" w14:textId="77777777" w:rsidR="00B779B3" w:rsidRDefault="00B779B3" w:rsidP="00B779B3">
      <w:pPr>
        <w:spacing w:after="0"/>
      </w:pPr>
      <w:r>
        <w:t xml:space="preserve">Prof. </w:t>
      </w:r>
      <w:r w:rsidRPr="00FB4C88">
        <w:t>Durga Prasad Hari</w:t>
      </w:r>
    </w:p>
    <w:p w14:paraId="68B03BA0" w14:textId="77777777" w:rsidR="00B779B3" w:rsidRDefault="00B779B3" w:rsidP="00B779B3">
      <w:pPr>
        <w:spacing w:after="0"/>
      </w:pPr>
      <w:r>
        <w:t>IISC Bangalore</w:t>
      </w:r>
    </w:p>
    <w:p w14:paraId="4BEC5924" w14:textId="77777777" w:rsidR="00B779B3" w:rsidRDefault="00B779B3" w:rsidP="00B779B3">
      <w:pPr>
        <w:spacing w:after="0"/>
      </w:pPr>
      <w:hyperlink r:id="rId19" w:history="1">
        <w:r w:rsidRPr="00324D4E">
          <w:rPr>
            <w:rStyle w:val="Hyperlink"/>
          </w:rPr>
          <w:t>View profile</w:t>
        </w:r>
      </w:hyperlink>
    </w:p>
    <w:p w14:paraId="09601C1B" w14:textId="77777777" w:rsidR="00FF12A7" w:rsidRDefault="00FF12A7"/>
    <w:p w14:paraId="621D2067" w14:textId="77777777" w:rsidR="00B779B3" w:rsidRDefault="00B779B3" w:rsidP="00B779B3">
      <w:pPr>
        <w:spacing w:after="0" w:line="240" w:lineRule="auto"/>
        <w:rPr>
          <w:rFonts w:ascii="Aptos" w:eastAsia="Times New Roman" w:hAnsi="Aptos" w:cs="Arial"/>
          <w:color w:val="000000"/>
          <w:lang w:eastAsia="en-GB"/>
        </w:rPr>
      </w:pPr>
    </w:p>
    <w:p w14:paraId="5347666F" w14:textId="77777777" w:rsidR="00FF12A7" w:rsidRDefault="00FF12A7"/>
    <w:p w14:paraId="753195ED" w14:textId="0D825179" w:rsidR="00FF12A7" w:rsidRDefault="00C53F70">
      <w:r>
        <w:rPr>
          <w:noProof/>
        </w:rPr>
        <w:drawing>
          <wp:inline distT="0" distB="0" distL="0" distR="0" wp14:anchorId="70D13AF3" wp14:editId="2672C041">
            <wp:extent cx="1346200" cy="1813631"/>
            <wp:effectExtent l="0" t="0" r="6350" b="0"/>
            <wp:docPr id="247184198" name="Picture 3" descr="Sandip Murarka | Chemistry | IIT Jodhp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ndip Murarka | Chemistry | IIT Jodhpur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68" cy="1830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FFB18" w14:textId="77777777" w:rsidR="00B779B3" w:rsidRPr="00252F63" w:rsidRDefault="00B779B3" w:rsidP="00B779B3">
      <w:pPr>
        <w:spacing w:after="0"/>
      </w:pPr>
      <w:r>
        <w:t>Prof</w:t>
      </w:r>
      <w:r w:rsidRPr="00252F63">
        <w:t>. Sandip Murarka</w:t>
      </w:r>
    </w:p>
    <w:p w14:paraId="5BD0A18E" w14:textId="77777777" w:rsidR="00B779B3" w:rsidRDefault="00B779B3" w:rsidP="00B779B3">
      <w:pPr>
        <w:spacing w:after="0"/>
      </w:pPr>
      <w:r>
        <w:t>IIT Jodhpur</w:t>
      </w:r>
    </w:p>
    <w:p w14:paraId="753FFAC2" w14:textId="7D28C83C" w:rsidR="00FF12A7" w:rsidRDefault="00B779B3" w:rsidP="002D27BB">
      <w:pPr>
        <w:spacing w:after="0"/>
      </w:pPr>
      <w:hyperlink r:id="rId21" w:history="1">
        <w:r w:rsidRPr="00884E67">
          <w:rPr>
            <w:rStyle w:val="Hyperlink"/>
          </w:rPr>
          <w:t>View profile</w:t>
        </w:r>
      </w:hyperlink>
    </w:p>
    <w:p w14:paraId="06AF75FE" w14:textId="77777777" w:rsidR="00FF12A7" w:rsidRDefault="00FF12A7"/>
    <w:p w14:paraId="7F538E8D" w14:textId="77777777" w:rsidR="00FF12A7" w:rsidRDefault="00FF12A7"/>
    <w:p w14:paraId="4390AE22" w14:textId="77777777" w:rsidR="00FF12A7" w:rsidRDefault="00E62EE6">
      <w:r>
        <w:rPr>
          <w:noProof/>
        </w:rPr>
        <w:drawing>
          <wp:inline distT="0" distB="0" distL="0" distR="0" wp14:anchorId="4EF1A765" wp14:editId="35742AFF">
            <wp:extent cx="1371600" cy="1763485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. Debasish Manna 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75109" cy="1767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3DDB4" w14:textId="77777777" w:rsidR="003A03C9" w:rsidRPr="007F165F" w:rsidRDefault="003A03C9" w:rsidP="003A03C9">
      <w:pPr>
        <w:spacing w:after="0"/>
        <w:rPr>
          <w:rFonts w:ascii="Aptos" w:eastAsia="Times New Roman" w:hAnsi="Aptos" w:cs="Arial"/>
          <w:color w:val="000000"/>
          <w:lang w:eastAsia="en-GB"/>
        </w:rPr>
      </w:pPr>
      <w:r>
        <w:t xml:space="preserve">Prof. </w:t>
      </w:r>
      <w:r w:rsidRPr="007F165F">
        <w:rPr>
          <w:rFonts w:ascii="Aptos" w:eastAsia="Times New Roman" w:hAnsi="Aptos" w:cs="Arial"/>
          <w:color w:val="000000"/>
          <w:lang w:eastAsia="en-GB"/>
        </w:rPr>
        <w:t xml:space="preserve">Debasish Manna </w:t>
      </w:r>
    </w:p>
    <w:p w14:paraId="606D2585" w14:textId="77777777" w:rsidR="003A03C9" w:rsidRDefault="003A03C9" w:rsidP="003A03C9">
      <w:pPr>
        <w:spacing w:after="0"/>
      </w:pPr>
      <w:r>
        <w:t>IISER Bhopal</w:t>
      </w:r>
    </w:p>
    <w:p w14:paraId="56454511" w14:textId="77777777" w:rsidR="003A03C9" w:rsidRPr="00451B83" w:rsidRDefault="003A03C9" w:rsidP="003A03C9">
      <w:pPr>
        <w:spacing w:after="0"/>
      </w:pPr>
      <w:hyperlink r:id="rId23" w:history="1">
        <w:r w:rsidRPr="00C24AC0">
          <w:rPr>
            <w:rStyle w:val="Hyperlink"/>
          </w:rPr>
          <w:t>View profile</w:t>
        </w:r>
      </w:hyperlink>
    </w:p>
    <w:p w14:paraId="4B1A9FE2" w14:textId="77777777" w:rsidR="00FF12A7" w:rsidRDefault="00FF12A7"/>
    <w:p w14:paraId="7F383FE2" w14:textId="77777777" w:rsidR="00FF12A7" w:rsidRDefault="00FF12A7"/>
    <w:p w14:paraId="267B2161" w14:textId="77777777" w:rsidR="00FF12A7" w:rsidRPr="002D27BB" w:rsidRDefault="00FF12A7">
      <w:pPr>
        <w:rPr>
          <w:sz w:val="10"/>
          <w:szCs w:val="10"/>
        </w:rPr>
      </w:pPr>
    </w:p>
    <w:p w14:paraId="4AC91833" w14:textId="77777777" w:rsidR="000A0F8A" w:rsidRDefault="000A0F8A" w:rsidP="000A0F8A">
      <w:r>
        <w:rPr>
          <w:noProof/>
        </w:rPr>
        <w:drawing>
          <wp:inline distT="0" distB="0" distL="0" distR="0" wp14:anchorId="01A67C74" wp14:editId="6B011CE5">
            <wp:extent cx="1339850" cy="172266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. Arindam Indra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44994" cy="1729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24C19" w14:textId="77777777" w:rsidR="000A0F8A" w:rsidRPr="00451B83" w:rsidRDefault="000A0F8A" w:rsidP="000A0F8A">
      <w:pPr>
        <w:spacing w:after="0"/>
      </w:pPr>
      <w:r>
        <w:t>Prof</w:t>
      </w:r>
      <w:r w:rsidRPr="00451B83">
        <w:t>. Arindam Indra</w:t>
      </w:r>
    </w:p>
    <w:p w14:paraId="161E2052" w14:textId="77777777" w:rsidR="000A0F8A" w:rsidRPr="00451B83" w:rsidRDefault="000A0F8A" w:rsidP="000A0F8A">
      <w:pPr>
        <w:spacing w:after="0"/>
      </w:pPr>
      <w:r w:rsidRPr="00451B83">
        <w:t>IIT BHU</w:t>
      </w:r>
    </w:p>
    <w:p w14:paraId="1CCA96F9" w14:textId="77777777" w:rsidR="000A0F8A" w:rsidRDefault="000A0F8A" w:rsidP="000A0F8A">
      <w:pPr>
        <w:spacing w:after="0"/>
      </w:pPr>
      <w:hyperlink r:id="rId25" w:history="1">
        <w:r w:rsidRPr="00451B83">
          <w:rPr>
            <w:rStyle w:val="Hyperlink"/>
          </w:rPr>
          <w:t>View profile</w:t>
        </w:r>
      </w:hyperlink>
    </w:p>
    <w:p w14:paraId="230E963E" w14:textId="77777777" w:rsidR="000A0F8A" w:rsidRDefault="000A0F8A" w:rsidP="000A0F8A"/>
    <w:p w14:paraId="45F1853C" w14:textId="77777777" w:rsidR="00B14A79" w:rsidRDefault="00B14A79"/>
    <w:p w14:paraId="25971DF7" w14:textId="77777777" w:rsidR="00B14A79" w:rsidRDefault="00B14A79"/>
    <w:p w14:paraId="0D49D190" w14:textId="77777777" w:rsidR="00B14A79" w:rsidRDefault="00B14A79"/>
    <w:sectPr w:rsidR="00B14A7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31335544">
    <w:abstractNumId w:val="8"/>
  </w:num>
  <w:num w:numId="2" w16cid:durableId="172770109">
    <w:abstractNumId w:val="6"/>
  </w:num>
  <w:num w:numId="3" w16cid:durableId="1514808573">
    <w:abstractNumId w:val="5"/>
  </w:num>
  <w:num w:numId="4" w16cid:durableId="1450005217">
    <w:abstractNumId w:val="4"/>
  </w:num>
  <w:num w:numId="5" w16cid:durableId="763036895">
    <w:abstractNumId w:val="7"/>
  </w:num>
  <w:num w:numId="6" w16cid:durableId="1861814908">
    <w:abstractNumId w:val="3"/>
  </w:num>
  <w:num w:numId="7" w16cid:durableId="182600019">
    <w:abstractNumId w:val="2"/>
  </w:num>
  <w:num w:numId="8" w16cid:durableId="7562895">
    <w:abstractNumId w:val="1"/>
  </w:num>
  <w:num w:numId="9" w16cid:durableId="968244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5158"/>
    <w:rsid w:val="00034616"/>
    <w:rsid w:val="0006063C"/>
    <w:rsid w:val="000875FD"/>
    <w:rsid w:val="000A0F8A"/>
    <w:rsid w:val="000D2155"/>
    <w:rsid w:val="00120F0D"/>
    <w:rsid w:val="0015074B"/>
    <w:rsid w:val="001D35F3"/>
    <w:rsid w:val="001D7326"/>
    <w:rsid w:val="0028406F"/>
    <w:rsid w:val="0029639D"/>
    <w:rsid w:val="002D27BB"/>
    <w:rsid w:val="00326F90"/>
    <w:rsid w:val="003A03C9"/>
    <w:rsid w:val="00401121"/>
    <w:rsid w:val="00465B2A"/>
    <w:rsid w:val="00467B76"/>
    <w:rsid w:val="00470FB3"/>
    <w:rsid w:val="004C4DCD"/>
    <w:rsid w:val="004D13D3"/>
    <w:rsid w:val="005B0152"/>
    <w:rsid w:val="00634983"/>
    <w:rsid w:val="00634FF7"/>
    <w:rsid w:val="006476D4"/>
    <w:rsid w:val="00767C53"/>
    <w:rsid w:val="007A064E"/>
    <w:rsid w:val="007B409A"/>
    <w:rsid w:val="007D3CF1"/>
    <w:rsid w:val="0081102B"/>
    <w:rsid w:val="00817A7A"/>
    <w:rsid w:val="00874578"/>
    <w:rsid w:val="00893D2F"/>
    <w:rsid w:val="0091015A"/>
    <w:rsid w:val="00957647"/>
    <w:rsid w:val="009E6274"/>
    <w:rsid w:val="00A17BF6"/>
    <w:rsid w:val="00A528F3"/>
    <w:rsid w:val="00AA1D8D"/>
    <w:rsid w:val="00B14A79"/>
    <w:rsid w:val="00B47730"/>
    <w:rsid w:val="00B678D7"/>
    <w:rsid w:val="00B779B3"/>
    <w:rsid w:val="00B83495"/>
    <w:rsid w:val="00BC6E03"/>
    <w:rsid w:val="00C13170"/>
    <w:rsid w:val="00C21187"/>
    <w:rsid w:val="00C346C0"/>
    <w:rsid w:val="00C53F70"/>
    <w:rsid w:val="00C61A79"/>
    <w:rsid w:val="00C71BF7"/>
    <w:rsid w:val="00CB0664"/>
    <w:rsid w:val="00CC46EF"/>
    <w:rsid w:val="00D01CC3"/>
    <w:rsid w:val="00D203A6"/>
    <w:rsid w:val="00DD1224"/>
    <w:rsid w:val="00E61D66"/>
    <w:rsid w:val="00E62EE6"/>
    <w:rsid w:val="00F053B1"/>
    <w:rsid w:val="00F244BE"/>
    <w:rsid w:val="00F950FD"/>
    <w:rsid w:val="00FC693F"/>
    <w:rsid w:val="00FF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4E4ACC"/>
  <w14:defaultImageDpi w14:val="300"/>
  <w15:docId w15:val="{4FE87E38-9A6C-4220-B546-F8CD9DBC6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B779B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14A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chm.iiserb.ac.in/faculty_profile/MjM=/YmhhcmF0aHdhag==" TargetMode="External"/><Relationship Id="rId18" Type="http://schemas.openxmlformats.org/officeDocument/2006/relationships/image" Target="media/image7.jp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iitj.ac.in/People/Profile/c5ba64d1-c8e8-4005-a2a3-3bbb86a35ce8" TargetMode="External"/><Relationship Id="rId7" Type="http://schemas.openxmlformats.org/officeDocument/2006/relationships/hyperlink" Target="https://www.rsc.org/people/rebecca-campbell" TargetMode="External"/><Relationship Id="rId12" Type="http://schemas.openxmlformats.org/officeDocument/2006/relationships/image" Target="media/image4.jpg"/><Relationship Id="rId17" Type="http://schemas.openxmlformats.org/officeDocument/2006/relationships/hyperlink" Target="https://sites.google.com/iisertvm.ac.in/bsgroup/basudev" TargetMode="External"/><Relationship Id="rId25" Type="http://schemas.openxmlformats.org/officeDocument/2006/relationships/hyperlink" Target="https://iitbhu.ac.in/dept/chy/people/arindamchy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rsc.org/people/dirk-guldi" TargetMode="External"/><Relationship Id="rId24" Type="http://schemas.openxmlformats.org/officeDocument/2006/relationships/image" Target="media/image10.jpg"/><Relationship Id="rId5" Type="http://schemas.openxmlformats.org/officeDocument/2006/relationships/webSettings" Target="webSettings.xml"/><Relationship Id="rId15" Type="http://schemas.openxmlformats.org/officeDocument/2006/relationships/hyperlink" Target="https://chm.iiserb.ac.in/faculty_profile/MzI=/ZGltcHk=" TargetMode="External"/><Relationship Id="rId23" Type="http://schemas.openxmlformats.org/officeDocument/2006/relationships/hyperlink" Target="https://chm.iiserb.ac.in/faculty_profile/MzY=/dmt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orgchem.iisc.ac.in/durga-prasad-har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sc.org/people/nobuhiro-yanai" TargetMode="External"/><Relationship Id="rId14" Type="http://schemas.openxmlformats.org/officeDocument/2006/relationships/image" Target="media/image5.jpg"/><Relationship Id="rId22" Type="http://schemas.openxmlformats.org/officeDocument/2006/relationships/image" Target="media/image9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Anuradha Singh</cp:lastModifiedBy>
  <cp:revision>5</cp:revision>
  <dcterms:created xsi:type="dcterms:W3CDTF">2026-07-15T04:08:00Z</dcterms:created>
  <dcterms:modified xsi:type="dcterms:W3CDTF">2026-07-22T11:18:00Z</dcterms:modified>
  <cp:category/>
</cp:coreProperties>
</file>